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C03" w:rsidRDefault="00626C03">
      <w:pPr>
        <w:jc w:val="center"/>
        <w:rPr>
          <w:b/>
          <w:sz w:val="24"/>
        </w:rPr>
      </w:pPr>
    </w:p>
    <w:p w:rsidR="00626C03" w:rsidRDefault="00626C03">
      <w:pPr>
        <w:jc w:val="center"/>
        <w:rPr>
          <w:b/>
          <w:sz w:val="24"/>
        </w:rPr>
      </w:pPr>
    </w:p>
    <w:p w:rsidR="002D174A" w:rsidRDefault="00ED700F">
      <w:pPr>
        <w:jc w:val="center"/>
      </w:pPr>
      <w:r>
        <w:rPr>
          <w:b/>
          <w:sz w:val="24"/>
        </w:rPr>
        <w:t>DOAMNA DIRECTOR,</w:t>
      </w:r>
    </w:p>
    <w:p w:rsidR="002D174A" w:rsidRDefault="00555B60">
      <w:r>
        <w:t xml:space="preserve">  </w:t>
      </w:r>
    </w:p>
    <w:p w:rsidR="007E5AB7" w:rsidRDefault="00555B60">
      <w:pPr>
        <w:spacing w:after="100"/>
      </w:pPr>
      <w:r>
        <w:t xml:space="preserve">             </w:t>
      </w:r>
      <w:proofErr w:type="spellStart"/>
      <w:r w:rsidR="00ED700F">
        <w:t>Subsemnatul</w:t>
      </w:r>
      <w:proofErr w:type="spellEnd"/>
      <w:r w:rsidR="00ED700F">
        <w:t xml:space="preserve"> (</w:t>
      </w:r>
      <w:proofErr w:type="gramStart"/>
      <w:r w:rsidR="00ED700F">
        <w:t xml:space="preserve">a) </w:t>
      </w:r>
      <w:r w:rsidR="00ED700F">
        <w:rPr>
          <w:u w:val="single"/>
        </w:rPr>
        <w:t xml:space="preserve">  </w:t>
      </w:r>
      <w:proofErr w:type="gramEnd"/>
      <w:r w:rsidR="00ED700F">
        <w:rPr>
          <w:u w:val="single"/>
        </w:rPr>
        <w:t xml:space="preserve">                                    </w:t>
      </w:r>
      <w:r w:rsidR="00ED700F">
        <w:t xml:space="preserve"> </w:t>
      </w:r>
      <w:proofErr w:type="spellStart"/>
      <w:r>
        <w:t>domiciliat</w:t>
      </w:r>
      <w:proofErr w:type="spellEnd"/>
      <w:r>
        <w:t xml:space="preserve"> </w:t>
      </w:r>
      <w:proofErr w:type="spellStart"/>
      <w:r>
        <w:t>în</w:t>
      </w:r>
      <w:proofErr w:type="spellEnd"/>
      <w:r w:rsidR="00ED700F">
        <w:rPr>
          <w:u w:val="single"/>
        </w:rPr>
        <w:t xml:space="preserve">                                                          </w:t>
      </w:r>
      <w:r w:rsidR="00ED700F">
        <w:t xml:space="preserve"> </w:t>
      </w:r>
      <w:proofErr w:type="spellStart"/>
      <w:r w:rsidR="00ED700F">
        <w:t>posesor</w:t>
      </w:r>
      <w:proofErr w:type="spellEnd"/>
      <w:r w:rsidR="00ED700F">
        <w:t xml:space="preserve"> al C.I</w:t>
      </w:r>
    </w:p>
    <w:p w:rsidR="007E5AB7" w:rsidRDefault="00ED700F">
      <w:pPr>
        <w:spacing w:after="100"/>
      </w:pPr>
      <w:proofErr w:type="spellStart"/>
      <w:r>
        <w:t>seria</w:t>
      </w:r>
      <w:proofErr w:type="spellEnd"/>
      <w:r>
        <w:t xml:space="preserve"> </w:t>
      </w:r>
      <w:r>
        <w:rPr>
          <w:u w:val="single"/>
        </w:rPr>
        <w:t xml:space="preserve">        </w:t>
      </w:r>
      <w:r>
        <w:t xml:space="preserve"> </w:t>
      </w:r>
      <w:proofErr w:type="spellStart"/>
      <w:r>
        <w:t>nr</w:t>
      </w:r>
      <w:proofErr w:type="spellEnd"/>
      <w:r>
        <w:t xml:space="preserve">. </w:t>
      </w:r>
      <w:r>
        <w:rPr>
          <w:u w:val="single"/>
        </w:rPr>
        <w:t xml:space="preserve">            </w:t>
      </w:r>
      <w:r>
        <w:t xml:space="preserve"> eliberată </w:t>
      </w:r>
      <w:r>
        <w:rPr>
          <w:u w:val="single"/>
        </w:rPr>
        <w:t xml:space="preserve">      </w:t>
      </w:r>
      <w:r>
        <w:rPr>
          <w:u w:val="single"/>
        </w:rPr>
        <w:t xml:space="preserve">          </w:t>
      </w:r>
      <w:r>
        <w:t xml:space="preserve"> </w:t>
      </w:r>
      <w:proofErr w:type="spellStart"/>
      <w:r>
        <w:t>la</w:t>
      </w:r>
      <w:r>
        <w:t>data</w:t>
      </w:r>
      <w:proofErr w:type="spellEnd"/>
      <w:r>
        <w:t xml:space="preserve"> de </w:t>
      </w:r>
      <w:r>
        <w:rPr>
          <w:u w:val="single"/>
        </w:rPr>
        <w:t xml:space="preserve">                </w:t>
      </w:r>
      <w:r>
        <w:t xml:space="preserve"> tel. </w:t>
      </w:r>
      <w:r>
        <w:rPr>
          <w:u w:val="single"/>
        </w:rPr>
        <w:t xml:space="preserve">                </w:t>
      </w:r>
      <w:r w:rsidR="00555B60">
        <w:rPr>
          <w:u w:val="single"/>
        </w:rPr>
        <w:t>_____</w:t>
      </w:r>
      <w:r>
        <w:t xml:space="preserve">, </w:t>
      </w:r>
      <w:proofErr w:type="spellStart"/>
      <w:r>
        <w:t>vă</w:t>
      </w:r>
      <w:proofErr w:type="spellEnd"/>
      <w:r>
        <w:t xml:space="preserve"> rog </w:t>
      </w:r>
      <w:proofErr w:type="spellStart"/>
      <w:r>
        <w:t>să</w:t>
      </w:r>
      <w:proofErr w:type="spellEnd"/>
      <w:r>
        <w:t xml:space="preserve"> aprobați bursa </w:t>
      </w:r>
    </w:p>
    <w:p w:rsidR="007E5AB7" w:rsidRDefault="00ED700F">
      <w:pPr>
        <w:spacing w:after="100"/>
      </w:pPr>
      <w:proofErr w:type="spellStart"/>
      <w:r>
        <w:t>socială</w:t>
      </w:r>
      <w:proofErr w:type="spellEnd"/>
      <w:r>
        <w:t xml:space="preserve"> </w:t>
      </w:r>
    </w:p>
    <w:p w:rsidR="002D174A" w:rsidRDefault="007E5AB7">
      <w:pPr>
        <w:spacing w:after="100"/>
      </w:pPr>
      <w:r>
        <w:t xml:space="preserve"> </w:t>
      </w:r>
      <w:r w:rsidR="00ED700F">
        <w:t xml:space="preserve"> </w:t>
      </w:r>
      <w:proofErr w:type="spellStart"/>
      <w:r w:rsidR="00ED700F">
        <w:t>bursă</w:t>
      </w:r>
      <w:proofErr w:type="spellEnd"/>
      <w:r w:rsidR="00ED700F">
        <w:t xml:space="preserve"> pentru</w:t>
      </w:r>
    </w:p>
    <w:p w:rsidR="002D174A" w:rsidRDefault="00ED700F">
      <w:pPr>
        <w:spacing w:after="100"/>
      </w:pPr>
      <w:r>
        <w:t xml:space="preserve">venituri mici ☐ bursă </w:t>
      </w:r>
      <w:r w:rsidR="00555B60">
        <w:t xml:space="preserve">pentru orfani ☐ bursă </w:t>
      </w:r>
      <w:proofErr w:type="spellStart"/>
      <w:r w:rsidR="00555B60">
        <w:t>medicală</w:t>
      </w:r>
      <w:proofErr w:type="spellEnd"/>
      <w:r w:rsidR="00555B60">
        <w:t xml:space="preserve"> </w:t>
      </w:r>
      <w:proofErr w:type="gramStart"/>
      <w:r w:rsidR="007E5AB7">
        <w:t>☐</w:t>
      </w:r>
      <w:r w:rsidR="007E5AB7">
        <w:t xml:space="preserve"> </w:t>
      </w:r>
      <w:r w:rsidR="00555B60">
        <w:t xml:space="preserve"> </w:t>
      </w:r>
      <w:r>
        <w:t>,</w:t>
      </w:r>
      <w:proofErr w:type="gramEnd"/>
      <w:r>
        <w:t xml:space="preserve"> </w:t>
      </w:r>
      <w:proofErr w:type="spellStart"/>
      <w:r>
        <w:t>pentru</w:t>
      </w:r>
      <w:proofErr w:type="spellEnd"/>
      <w:r w:rsidR="00555B60">
        <w:t xml:space="preserve"> </w:t>
      </w:r>
      <w:r>
        <w:rPr>
          <w:u w:val="single"/>
        </w:rPr>
        <w:t xml:space="preserve">                                 </w:t>
      </w:r>
      <w:r w:rsidR="007E5AB7">
        <w:rPr>
          <w:u w:val="single"/>
        </w:rPr>
        <w:t>________________</w:t>
      </w:r>
      <w:r>
        <w:rPr>
          <w:u w:val="single"/>
        </w:rPr>
        <w:t xml:space="preserve"> </w:t>
      </w:r>
      <w:r>
        <w:t xml:space="preserve"> din </w:t>
      </w:r>
      <w:proofErr w:type="spellStart"/>
      <w:r>
        <w:t>clasa</w:t>
      </w:r>
      <w:proofErr w:type="spellEnd"/>
      <w:r>
        <w:t xml:space="preserve"> </w:t>
      </w:r>
      <w:r>
        <w:rPr>
          <w:u w:val="single"/>
        </w:rPr>
        <w:t xml:space="preserve">                  </w:t>
      </w:r>
      <w:r>
        <w:t xml:space="preserve">, </w:t>
      </w:r>
      <w:proofErr w:type="spellStart"/>
      <w:r>
        <w:t>elev</w:t>
      </w:r>
      <w:proofErr w:type="spellEnd"/>
      <w:r>
        <w:t xml:space="preserve">(ă) la </w:t>
      </w:r>
      <w:proofErr w:type="spellStart"/>
      <w:r>
        <w:t>Școala</w:t>
      </w:r>
      <w:proofErr w:type="spellEnd"/>
      <w:r w:rsidR="00555B60">
        <w:t xml:space="preserve"> </w:t>
      </w:r>
      <w:proofErr w:type="spellStart"/>
      <w:r>
        <w:t>Gimnazială</w:t>
      </w:r>
      <w:proofErr w:type="spellEnd"/>
      <w:r>
        <w:t xml:space="preserve"> </w:t>
      </w:r>
      <w:proofErr w:type="spellStart"/>
      <w:r>
        <w:t>nr</w:t>
      </w:r>
      <w:proofErr w:type="spellEnd"/>
      <w:r>
        <w:t>. 7 „Sfânta Maria”, din Timiș</w:t>
      </w:r>
      <w:r>
        <w:t>oara, în anul școlar 2026 – 2027.</w:t>
      </w:r>
    </w:p>
    <w:p w:rsidR="002D174A" w:rsidRDefault="00ED700F">
      <w:pPr>
        <w:spacing w:before="120"/>
        <w:jc w:val="center"/>
      </w:pPr>
      <w:r>
        <w:t xml:space="preserve">Declar că familia este formată din </w:t>
      </w:r>
      <w:r>
        <w:rPr>
          <w:u w:val="single"/>
        </w:rPr>
        <w:t xml:space="preserve">            </w:t>
      </w:r>
      <w:r>
        <w:t xml:space="preserve"> membri.</w:t>
      </w:r>
    </w:p>
    <w:p w:rsidR="002D174A" w:rsidRDefault="00ED700F">
      <w:pPr>
        <w:spacing w:before="160"/>
      </w:pPr>
      <w:r>
        <w:rPr>
          <w:b/>
        </w:rPr>
        <w:t>Anexez următoarele documente:</w:t>
      </w:r>
    </w:p>
    <w:p w:rsidR="002D174A" w:rsidRDefault="00ED700F">
      <w:pPr>
        <w:spacing w:after="60"/>
      </w:pPr>
      <w:r>
        <w:t xml:space="preserve">   ___________________________________________________________________________________________</w:t>
      </w:r>
    </w:p>
    <w:p w:rsidR="002D174A" w:rsidRDefault="00ED700F">
      <w:pPr>
        <w:spacing w:after="60"/>
      </w:pPr>
      <w:r>
        <w:t xml:space="preserve">   _____________________________________</w:t>
      </w:r>
      <w:r>
        <w:t>______________________________________________________</w:t>
      </w:r>
    </w:p>
    <w:p w:rsidR="002D174A" w:rsidRDefault="00ED700F">
      <w:pPr>
        <w:spacing w:after="60"/>
      </w:pPr>
      <w:r>
        <w:t xml:space="preserve">   ___________________________________________________________________________________________</w:t>
      </w:r>
    </w:p>
    <w:p w:rsidR="002D174A" w:rsidRDefault="00ED700F">
      <w:pPr>
        <w:spacing w:after="60"/>
      </w:pPr>
      <w:r>
        <w:t xml:space="preserve">   ___________________________________________________________________________________________</w:t>
      </w:r>
    </w:p>
    <w:p w:rsidR="002D174A" w:rsidRDefault="00ED700F">
      <w:pPr>
        <w:spacing w:after="60"/>
      </w:pPr>
      <w:r>
        <w:t xml:space="preserve">   _____</w:t>
      </w:r>
      <w:r>
        <w:t>______________________________________________________________________________________</w:t>
      </w:r>
    </w:p>
    <w:p w:rsidR="00ED700F" w:rsidRDefault="00ED700F">
      <w:pPr>
        <w:spacing w:after="60"/>
      </w:pPr>
      <w:bookmarkStart w:id="0" w:name="_GoBack"/>
      <w:bookmarkEnd w:id="0"/>
    </w:p>
    <w:p w:rsidR="002D174A" w:rsidRPr="00555B60" w:rsidRDefault="00ED700F">
      <w:pPr>
        <w:spacing w:before="100"/>
        <w:rPr>
          <w:b/>
          <w:color w:val="FF0000"/>
        </w:rPr>
      </w:pPr>
      <w:r>
        <w:t xml:space="preserve">•  Extras de </w:t>
      </w:r>
      <w:proofErr w:type="spellStart"/>
      <w:r>
        <w:t>cont</w:t>
      </w:r>
      <w:proofErr w:type="spellEnd"/>
      <w:r w:rsidR="00555B60">
        <w:t xml:space="preserve">             </w:t>
      </w:r>
      <w:proofErr w:type="gramStart"/>
      <w:r w:rsidR="00555B60">
        <w:t xml:space="preserve">   </w:t>
      </w:r>
      <w:r w:rsidR="00555B60" w:rsidRPr="00555B60">
        <w:rPr>
          <w:b/>
          <w:color w:val="FF0000"/>
        </w:rPr>
        <w:t>(</w:t>
      </w:r>
      <w:proofErr w:type="gramEnd"/>
      <w:r w:rsidR="00555B60" w:rsidRPr="00555B60">
        <w:rPr>
          <w:b/>
          <w:color w:val="FF0000"/>
        </w:rPr>
        <w:t xml:space="preserve"> PE PARCURSUL ANULUI SCOLAR NU SE MODIFICA CONTUL DECLARAT LA INCEPUT</w:t>
      </w:r>
      <w:r w:rsidR="00555B60">
        <w:rPr>
          <w:b/>
          <w:color w:val="FF0000"/>
        </w:rPr>
        <w:t>)</w:t>
      </w:r>
    </w:p>
    <w:p w:rsidR="002D174A" w:rsidRDefault="002D174A"/>
    <w:p w:rsidR="002D174A" w:rsidRDefault="002D174A">
      <w:pPr>
        <w:spacing w:before="100"/>
      </w:pPr>
    </w:p>
    <w:p w:rsidR="002D174A" w:rsidRDefault="00ED700F">
      <w:pPr>
        <w:spacing w:after="100"/>
      </w:pPr>
      <w:proofErr w:type="spellStart"/>
      <w:r>
        <w:t>Subsemnatul</w:t>
      </w:r>
      <w:proofErr w:type="spellEnd"/>
      <w:r>
        <w:t xml:space="preserve"> (</w:t>
      </w:r>
      <w:proofErr w:type="gramStart"/>
      <w:r>
        <w:t xml:space="preserve">a) 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                                    </w:t>
      </w:r>
      <w:r w:rsidR="00555B60">
        <w:t>_____________________</w:t>
      </w:r>
      <w:r>
        <w:t xml:space="preserve">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r>
        <w:t>acordul</w:t>
      </w:r>
      <w:proofErr w:type="spellEnd"/>
      <w:r>
        <w:t xml:space="preserve"> cu</w:t>
      </w:r>
    </w:p>
    <w:p w:rsidR="002D174A" w:rsidRDefault="00ED700F">
      <w:pPr>
        <w:spacing w:after="100"/>
      </w:pPr>
      <w:r>
        <w:t>privire la prelucrarea datelor cu caracter personal.</w:t>
      </w:r>
    </w:p>
    <w:p w:rsidR="002D174A" w:rsidRDefault="002D174A"/>
    <w:p w:rsidR="002D174A" w:rsidRDefault="00ED700F">
      <w:pPr>
        <w:spacing w:before="360"/>
      </w:pPr>
      <w:r>
        <w:t xml:space="preserve">Timișoara   </w:t>
      </w:r>
      <w:r>
        <w:t xml:space="preserve">                                                          </w:t>
      </w:r>
      <w:r w:rsidR="00555B60">
        <w:t xml:space="preserve">                                                        </w:t>
      </w:r>
      <w:r>
        <w:t xml:space="preserve">    Semnătura,</w:t>
      </w:r>
    </w:p>
    <w:p w:rsidR="002D174A" w:rsidRDefault="00ED700F">
      <w:r>
        <w:t xml:space="preserve">Data </w:t>
      </w:r>
      <w:r>
        <w:rPr>
          <w:u w:val="single"/>
        </w:rPr>
        <w:t xml:space="preserve">                      </w:t>
      </w:r>
    </w:p>
    <w:sectPr w:rsidR="002D174A" w:rsidSect="003138F7">
      <w:pgSz w:w="11906" w:h="16838" w:code="9"/>
      <w:pgMar w:top="1134" w:right="616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D174A"/>
    <w:rsid w:val="003138F7"/>
    <w:rsid w:val="00326F90"/>
    <w:rsid w:val="00555B60"/>
    <w:rsid w:val="00626C03"/>
    <w:rsid w:val="007E5AB7"/>
    <w:rsid w:val="00AA1D8D"/>
    <w:rsid w:val="00B47730"/>
    <w:rsid w:val="00CB0664"/>
    <w:rsid w:val="00ED70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8E90CE"/>
  <w14:defaultImageDpi w14:val="300"/>
  <w15:docId w15:val="{9ADC3E1F-5DF7-4DA0-AC90-7EC0E364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6738A3-94BA-4D8B-9440-B9620CEB2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1344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Profesor</cp:lastModifiedBy>
  <cp:revision>12</cp:revision>
  <dcterms:created xsi:type="dcterms:W3CDTF">2026-09-16T10:24:00Z</dcterms:created>
  <dcterms:modified xsi:type="dcterms:W3CDTF">2026-09-16T10:31:00Z</dcterms:modified>
  <cp:category/>
</cp:coreProperties>
</file>